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37B46" w14:textId="4FCF8642" w:rsidR="00464739" w:rsidRPr="00E83648" w:rsidRDefault="00AD21B6" w:rsidP="00E83648">
      <w:pPr>
        <w:jc w:val="center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b/>
          <w:sz w:val="20"/>
          <w:szCs w:val="20"/>
        </w:rPr>
        <w:t>ANEXO – PERSONAL REQUERIDO</w:t>
      </w:r>
    </w:p>
    <w:p w14:paraId="1A4D10D6" w14:textId="77777777" w:rsidR="00464739" w:rsidRPr="00E83648" w:rsidRDefault="00AD21B6" w:rsidP="00E83648">
      <w:pPr>
        <w:jc w:val="center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i/>
          <w:sz w:val="20"/>
          <w:szCs w:val="20"/>
        </w:rPr>
        <w:t>Formato para diligenciamiento del proponente</w:t>
      </w:r>
    </w:p>
    <w:p w14:paraId="5C39C4E0" w14:textId="24E97F4E" w:rsidR="00E83648" w:rsidRDefault="00E83648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b/>
          <w:bCs/>
          <w:sz w:val="20"/>
          <w:szCs w:val="20"/>
        </w:rPr>
        <w:t>OBJETO</w:t>
      </w:r>
      <w:r w:rsidRPr="00E83648">
        <w:rPr>
          <w:rFonts w:ascii="Verdana" w:hAnsi="Verdana"/>
          <w:b/>
          <w:bCs/>
          <w:sz w:val="20"/>
          <w:szCs w:val="20"/>
        </w:rPr>
        <w:t xml:space="preserve">: </w:t>
      </w:r>
      <w:r w:rsidRPr="00E83648">
        <w:rPr>
          <w:rFonts w:ascii="Verdana" w:hAnsi="Verdana"/>
          <w:sz w:val="20"/>
          <w:szCs w:val="20"/>
        </w:rPr>
        <w:t>Prestar el Servicio de intermediación de seguros al Archivo General de la Nación, en la asesoría integral, para la contratación, administración, ejecución y manejo del programa de seguros, destinados a proteger a las personas, bienes e intereses patrimoniales y aquellos por los que legalmente sea responsable el AGN</w:t>
      </w:r>
    </w:p>
    <w:p w14:paraId="2AF3E65E" w14:textId="77777777" w:rsidR="00E83648" w:rsidRDefault="00E83648" w:rsidP="00E83648">
      <w:pPr>
        <w:rPr>
          <w:rFonts w:ascii="Verdana" w:hAnsi="Verdana"/>
          <w:sz w:val="20"/>
          <w:szCs w:val="20"/>
        </w:rPr>
      </w:pPr>
    </w:p>
    <w:p w14:paraId="198BA482" w14:textId="2F42A655" w:rsidR="00464739" w:rsidRPr="00E83648" w:rsidRDefault="00AD21B6" w:rsidP="00E83648">
      <w:pPr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sz w:val="20"/>
          <w:szCs w:val="20"/>
        </w:rPr>
        <w:t>Proceso de selección: ______________________________________________</w:t>
      </w:r>
    </w:p>
    <w:p w14:paraId="1D32BCA3" w14:textId="77777777" w:rsidR="00464739" w:rsidRPr="00E83648" w:rsidRDefault="00AD21B6" w:rsidP="00E83648">
      <w:pPr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sz w:val="20"/>
          <w:szCs w:val="20"/>
        </w:rPr>
        <w:t>Nombre o razón social del proponente: ______________________________________________</w:t>
      </w:r>
    </w:p>
    <w:p w14:paraId="3E7B6F8A" w14:textId="77777777" w:rsidR="00464739" w:rsidRPr="00E83648" w:rsidRDefault="00AD21B6" w:rsidP="00E83648">
      <w:pPr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sz w:val="20"/>
          <w:szCs w:val="20"/>
        </w:rPr>
        <w:t>NIT: ______________________________</w:t>
      </w:r>
    </w:p>
    <w:p w14:paraId="2072CF0F" w14:textId="33F2F5BF" w:rsidR="00464739" w:rsidRPr="00E83648" w:rsidRDefault="00AD21B6" w:rsidP="00E83648">
      <w:pPr>
        <w:pStyle w:val="Ttulo1"/>
        <w:numPr>
          <w:ilvl w:val="0"/>
          <w:numId w:val="10"/>
        </w:numPr>
        <w:jc w:val="both"/>
        <w:rPr>
          <w:rFonts w:ascii="Verdana" w:hAnsi="Verdana"/>
          <w:color w:val="auto"/>
          <w:sz w:val="20"/>
          <w:szCs w:val="20"/>
        </w:rPr>
      </w:pPr>
      <w:r w:rsidRPr="00E83648">
        <w:rPr>
          <w:rFonts w:ascii="Verdana" w:hAnsi="Verdana"/>
          <w:color w:val="auto"/>
          <w:sz w:val="20"/>
          <w:szCs w:val="20"/>
        </w:rPr>
        <w:t>Instrucciones generales</w:t>
      </w:r>
      <w:r w:rsidR="00E83648" w:rsidRPr="00E83648">
        <w:rPr>
          <w:rFonts w:ascii="Verdana" w:hAnsi="Verdana"/>
          <w:color w:val="auto"/>
          <w:sz w:val="20"/>
          <w:szCs w:val="20"/>
        </w:rPr>
        <w:t>:</w:t>
      </w:r>
    </w:p>
    <w:p w14:paraId="63865836" w14:textId="77777777" w:rsidR="00E83648" w:rsidRPr="00E83648" w:rsidRDefault="00E83648" w:rsidP="00E83648">
      <w:pPr>
        <w:jc w:val="both"/>
        <w:rPr>
          <w:sz w:val="20"/>
          <w:szCs w:val="20"/>
        </w:rPr>
      </w:pPr>
    </w:p>
    <w:p w14:paraId="6F7E48B0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sz w:val="20"/>
          <w:szCs w:val="20"/>
        </w:rPr>
        <w:t>El proponente está en libertad de establecer el número de personas que utilizará en el desarrollo de la consultoría, de acuerdo con la organización que dé a la misma; sin embargo, deberá contar como mínimo con el personal indicado en este anexo.</w:t>
      </w:r>
    </w:p>
    <w:p w14:paraId="5AB78AC3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sz w:val="20"/>
          <w:szCs w:val="20"/>
        </w:rPr>
        <w:t>Se entiende por personal requerido el recurso humano que el proponente ofrece y pone a disposición de la Entidad para atender el programa de seguros durante la ejecución del contrato y que participará de forma directa en la prestación de la asesoría e intermediación, con el perfil exigido.</w:t>
      </w:r>
    </w:p>
    <w:p w14:paraId="4E533A5F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sz w:val="20"/>
          <w:szCs w:val="20"/>
        </w:rPr>
        <w:t>El personal propuesto podrá encontrarse vinculado al oferente mediante contrato de trabajo, relación legal o reglamentaria cuando corresponda, o mediante contrato de prestación de servicios profesionales. En cualquiera de los casos, el proponente deberá garantizar la disponibilidad efectiva del personal ofrecido para la ejecución del contrato y el cumplimiento de las obligaciones derivadas del mismo.</w:t>
      </w:r>
    </w:p>
    <w:p w14:paraId="69F33F0D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sz w:val="20"/>
          <w:szCs w:val="20"/>
        </w:rPr>
        <w:t>Es obligatorio presentar las hojas de vida o el documento que haga sus veces, en las cuales se relacionen los cargos y funciones desempeñadas, así como los documentos y certificaciones que acrediten los títulos, estudios y experiencia del personal propuesto.</w:t>
      </w:r>
    </w:p>
    <w:p w14:paraId="33C6CF2F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sz w:val="20"/>
          <w:szCs w:val="20"/>
        </w:rPr>
        <w:t>Cuando el personal propuesto se encuentre vinculado mediante contrato de trabajo o haga parte de la planta de personal del oferente, se deberá aportar certificación suscrita por el representante legal o quien tenga facultad para ello, donde conste dicha vinculación y la disponibilidad para ejecutar el contrato. Cuando el personal propuesto se encuentre vinculado o vaya a vincularse mediante contrato de prestación de servicios, el proponente deberá presentar cartas de intención suscritas entre el personal pr</w:t>
      </w:r>
      <w:r w:rsidRPr="00E83648">
        <w:rPr>
          <w:rFonts w:ascii="Verdana" w:hAnsi="Verdana"/>
          <w:sz w:val="20"/>
          <w:szCs w:val="20"/>
        </w:rPr>
        <w:t xml:space="preserve">opuesto y el oferente, en las cuales conste que, en el evento de adjudicación del contrato derivado del presente proceso, prestarán sus servicios para atender el objeto </w:t>
      </w:r>
      <w:proofErr w:type="gramStart"/>
      <w:r w:rsidRPr="00E83648">
        <w:rPr>
          <w:rFonts w:ascii="Verdana" w:hAnsi="Verdana"/>
          <w:sz w:val="20"/>
          <w:szCs w:val="20"/>
        </w:rPr>
        <w:t>del mismo</w:t>
      </w:r>
      <w:proofErr w:type="gramEnd"/>
      <w:r w:rsidRPr="00E83648">
        <w:rPr>
          <w:rFonts w:ascii="Verdana" w:hAnsi="Verdana"/>
          <w:sz w:val="20"/>
          <w:szCs w:val="20"/>
        </w:rPr>
        <w:t>.</w:t>
      </w:r>
    </w:p>
    <w:p w14:paraId="6D070268" w14:textId="645422E8" w:rsidR="00464739" w:rsidRPr="00E83648" w:rsidRDefault="00E83648" w:rsidP="00B20B1E">
      <w:pPr>
        <w:pStyle w:val="Ttulo1"/>
        <w:rPr>
          <w:rFonts w:ascii="Verdana" w:hAnsi="Verdana"/>
          <w:color w:val="auto"/>
          <w:sz w:val="20"/>
          <w:szCs w:val="20"/>
        </w:rPr>
      </w:pPr>
      <w:r w:rsidRPr="00E83648">
        <w:rPr>
          <w:rFonts w:ascii="Verdana" w:hAnsi="Verdana"/>
          <w:color w:val="auto"/>
          <w:sz w:val="20"/>
          <w:szCs w:val="20"/>
        </w:rPr>
        <w:t>RELACIÓN DEL PERSONAL MÍNIMO REQUERIDO</w:t>
      </w:r>
    </w:p>
    <w:p w14:paraId="50DA678F" w14:textId="77777777" w:rsidR="00E83648" w:rsidRPr="00E83648" w:rsidRDefault="00E83648" w:rsidP="00E83648">
      <w:pPr>
        <w:jc w:val="both"/>
        <w:rPr>
          <w:rFonts w:ascii="Verdana" w:hAnsi="Verdana"/>
          <w:sz w:val="20"/>
          <w:szCs w:val="20"/>
        </w:rPr>
      </w:pPr>
    </w:p>
    <w:p w14:paraId="40F442CC" w14:textId="5E49D0C1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sz w:val="20"/>
          <w:szCs w:val="20"/>
        </w:rPr>
        <w:t>Diligencie la información de cada profesional propuesto. Adjunte los documentos de soporte señalados en este anexo.</w:t>
      </w:r>
    </w:p>
    <w:p w14:paraId="668D7666" w14:textId="77777777" w:rsidR="00B20B1E" w:rsidRDefault="00B20B1E" w:rsidP="00E83648">
      <w:pPr>
        <w:pStyle w:val="Ttulo2"/>
        <w:jc w:val="center"/>
        <w:rPr>
          <w:rFonts w:ascii="Verdana" w:hAnsi="Verdana"/>
          <w:color w:val="auto"/>
          <w:szCs w:val="20"/>
        </w:rPr>
      </w:pPr>
    </w:p>
    <w:p w14:paraId="75B35F0D" w14:textId="304873C1" w:rsidR="00464739" w:rsidRPr="00E83648" w:rsidRDefault="00E83648" w:rsidP="00E83648">
      <w:pPr>
        <w:pStyle w:val="Ttulo2"/>
        <w:jc w:val="center"/>
        <w:rPr>
          <w:rFonts w:ascii="Verdana" w:hAnsi="Verdana"/>
          <w:color w:val="auto"/>
          <w:szCs w:val="20"/>
        </w:rPr>
      </w:pPr>
      <w:r w:rsidRPr="00E83648">
        <w:rPr>
          <w:rFonts w:ascii="Verdana" w:hAnsi="Verdana"/>
          <w:color w:val="auto"/>
          <w:szCs w:val="20"/>
        </w:rPr>
        <w:t>DIRECTOR DEL PROGRAMA</w:t>
      </w:r>
    </w:p>
    <w:p w14:paraId="51C3435A" w14:textId="77777777" w:rsidR="00E83648" w:rsidRPr="00E83648" w:rsidRDefault="00E83648" w:rsidP="00E83648"/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076"/>
        <w:gridCol w:w="7138"/>
      </w:tblGrid>
      <w:tr w:rsidR="00464739" w:rsidRPr="00E83648" w14:paraId="0635FE83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7D5278D8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Nombre completo del profesional</w:t>
            </w:r>
          </w:p>
        </w:tc>
        <w:tc>
          <w:tcPr>
            <w:tcW w:w="7632" w:type="dxa"/>
            <w:vAlign w:val="center"/>
          </w:tcPr>
          <w:p w14:paraId="5FF2F1E0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5D855DB5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60719CCA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Documento de identidad</w:t>
            </w:r>
          </w:p>
        </w:tc>
        <w:tc>
          <w:tcPr>
            <w:tcW w:w="7632" w:type="dxa"/>
            <w:vAlign w:val="center"/>
          </w:tcPr>
          <w:p w14:paraId="0198C9E1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4DDECECE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6068BF98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Formación / idoneidad requerida</w:t>
            </w:r>
          </w:p>
        </w:tc>
        <w:tc>
          <w:tcPr>
            <w:tcW w:w="7632" w:type="dxa"/>
            <w:vAlign w:val="center"/>
          </w:tcPr>
          <w:p w14:paraId="2D8B2387" w14:textId="3943D9DC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0EB5FEED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77B089BA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Experiencia requerida</w:t>
            </w:r>
          </w:p>
        </w:tc>
        <w:tc>
          <w:tcPr>
            <w:tcW w:w="7632" w:type="dxa"/>
            <w:vAlign w:val="center"/>
          </w:tcPr>
          <w:p w14:paraId="4AA09D0E" w14:textId="7B099899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10CFD76B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77017F98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Experiencia acreditada (años)</w:t>
            </w:r>
          </w:p>
        </w:tc>
        <w:tc>
          <w:tcPr>
            <w:tcW w:w="7632" w:type="dxa"/>
            <w:vAlign w:val="center"/>
          </w:tcPr>
          <w:p w14:paraId="0F88DE96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74F488C5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1087DCD2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Tipo de vinculación</w:t>
            </w:r>
          </w:p>
        </w:tc>
        <w:tc>
          <w:tcPr>
            <w:tcW w:w="7632" w:type="dxa"/>
            <w:vAlign w:val="center"/>
          </w:tcPr>
          <w:p w14:paraId="472F1990" w14:textId="3A3010F4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09EDA272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642FD723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Documento de disponibilidad aportado</w:t>
            </w:r>
          </w:p>
        </w:tc>
        <w:tc>
          <w:tcPr>
            <w:tcW w:w="7632" w:type="dxa"/>
            <w:vAlign w:val="center"/>
          </w:tcPr>
          <w:p w14:paraId="1A5D575F" w14:textId="610745B8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0B5520D" w14:textId="77777777" w:rsidR="00E83648" w:rsidRDefault="00E83648" w:rsidP="00E83648">
      <w:pPr>
        <w:jc w:val="both"/>
        <w:rPr>
          <w:rFonts w:ascii="Verdana" w:hAnsi="Verdana"/>
          <w:sz w:val="20"/>
          <w:szCs w:val="20"/>
        </w:rPr>
      </w:pPr>
    </w:p>
    <w:p w14:paraId="7C7D951A" w14:textId="6F0A7EF4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sz w:val="20"/>
          <w:szCs w:val="20"/>
        </w:rPr>
        <w:t>Relación de soportes de formación y experiencia: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78"/>
        <w:gridCol w:w="3595"/>
        <w:gridCol w:w="2445"/>
        <w:gridCol w:w="1439"/>
        <w:gridCol w:w="2157"/>
      </w:tblGrid>
      <w:tr w:rsidR="00464739" w:rsidRPr="00E83648" w14:paraId="528ED2C6" w14:textId="77777777">
        <w:trPr>
          <w:tblHeader/>
          <w:jc w:val="center"/>
        </w:trPr>
        <w:tc>
          <w:tcPr>
            <w:tcW w:w="576" w:type="dxa"/>
            <w:shd w:val="clear" w:color="auto" w:fill="D9EAF7"/>
            <w:vAlign w:val="center"/>
          </w:tcPr>
          <w:p w14:paraId="78CDEE4B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N.º</w:t>
            </w:r>
          </w:p>
        </w:tc>
        <w:tc>
          <w:tcPr>
            <w:tcW w:w="3600" w:type="dxa"/>
            <w:shd w:val="clear" w:color="auto" w:fill="D9EAF7"/>
            <w:vAlign w:val="center"/>
          </w:tcPr>
          <w:p w14:paraId="0F3BAA29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Documento / certificación</w:t>
            </w:r>
          </w:p>
        </w:tc>
        <w:tc>
          <w:tcPr>
            <w:tcW w:w="2448" w:type="dxa"/>
            <w:shd w:val="clear" w:color="auto" w:fill="D9EAF7"/>
            <w:vAlign w:val="center"/>
          </w:tcPr>
          <w:p w14:paraId="7EFBA48F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Entidad emisora</w:t>
            </w:r>
          </w:p>
        </w:tc>
        <w:tc>
          <w:tcPr>
            <w:tcW w:w="1440" w:type="dxa"/>
            <w:shd w:val="clear" w:color="auto" w:fill="D9EAF7"/>
            <w:vAlign w:val="center"/>
          </w:tcPr>
          <w:p w14:paraId="16E4EE99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Fecha</w:t>
            </w:r>
          </w:p>
        </w:tc>
        <w:tc>
          <w:tcPr>
            <w:tcW w:w="2160" w:type="dxa"/>
            <w:shd w:val="clear" w:color="auto" w:fill="D9EAF7"/>
            <w:vAlign w:val="center"/>
          </w:tcPr>
          <w:p w14:paraId="67A225BE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Folio / archivo</w:t>
            </w:r>
          </w:p>
        </w:tc>
      </w:tr>
      <w:tr w:rsidR="00464739" w:rsidRPr="00E83648" w14:paraId="45DA1791" w14:textId="77777777">
        <w:trPr>
          <w:jc w:val="center"/>
        </w:trPr>
        <w:tc>
          <w:tcPr>
            <w:tcW w:w="576" w:type="dxa"/>
            <w:vAlign w:val="center"/>
          </w:tcPr>
          <w:p w14:paraId="4C38CD39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3600" w:type="dxa"/>
            <w:vAlign w:val="center"/>
          </w:tcPr>
          <w:p w14:paraId="3A25CEA3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448" w:type="dxa"/>
            <w:vAlign w:val="center"/>
          </w:tcPr>
          <w:p w14:paraId="57750F44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1440" w:type="dxa"/>
            <w:vAlign w:val="center"/>
          </w:tcPr>
          <w:p w14:paraId="40D78B8E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160" w:type="dxa"/>
            <w:vAlign w:val="center"/>
          </w:tcPr>
          <w:p w14:paraId="281196FC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4DACDD1C" w14:textId="77777777">
        <w:trPr>
          <w:jc w:val="center"/>
        </w:trPr>
        <w:tc>
          <w:tcPr>
            <w:tcW w:w="576" w:type="dxa"/>
            <w:vAlign w:val="center"/>
          </w:tcPr>
          <w:p w14:paraId="5AC6DD3B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3600" w:type="dxa"/>
            <w:vAlign w:val="center"/>
          </w:tcPr>
          <w:p w14:paraId="1A220C2F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448" w:type="dxa"/>
            <w:vAlign w:val="center"/>
          </w:tcPr>
          <w:p w14:paraId="273A2232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1440" w:type="dxa"/>
            <w:vAlign w:val="center"/>
          </w:tcPr>
          <w:p w14:paraId="7C3E97B3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160" w:type="dxa"/>
            <w:vAlign w:val="center"/>
          </w:tcPr>
          <w:p w14:paraId="084EAF6F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7E4DD621" w14:textId="77777777">
        <w:trPr>
          <w:jc w:val="center"/>
        </w:trPr>
        <w:tc>
          <w:tcPr>
            <w:tcW w:w="576" w:type="dxa"/>
            <w:vAlign w:val="center"/>
          </w:tcPr>
          <w:p w14:paraId="7BAB6651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3600" w:type="dxa"/>
            <w:vAlign w:val="center"/>
          </w:tcPr>
          <w:p w14:paraId="798127E2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448" w:type="dxa"/>
            <w:vAlign w:val="center"/>
          </w:tcPr>
          <w:p w14:paraId="6AE4100C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1440" w:type="dxa"/>
            <w:vAlign w:val="center"/>
          </w:tcPr>
          <w:p w14:paraId="4A487B71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160" w:type="dxa"/>
            <w:vAlign w:val="center"/>
          </w:tcPr>
          <w:p w14:paraId="59B48B38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</w:tbl>
    <w:p w14:paraId="0B1CBAAF" w14:textId="77777777" w:rsidR="00464739" w:rsidRPr="00E83648" w:rsidRDefault="00464739" w:rsidP="00E83648">
      <w:pPr>
        <w:spacing w:after="20"/>
        <w:jc w:val="both"/>
        <w:rPr>
          <w:rFonts w:ascii="Verdana" w:hAnsi="Verdana"/>
          <w:sz w:val="20"/>
          <w:szCs w:val="20"/>
        </w:rPr>
      </w:pPr>
    </w:p>
    <w:p w14:paraId="68328771" w14:textId="0FE731A9" w:rsidR="00464739" w:rsidRDefault="00E83648" w:rsidP="00E83648">
      <w:pPr>
        <w:pStyle w:val="Ttulo2"/>
        <w:jc w:val="center"/>
        <w:rPr>
          <w:rFonts w:ascii="Verdana" w:hAnsi="Verdana"/>
          <w:color w:val="auto"/>
          <w:szCs w:val="20"/>
        </w:rPr>
      </w:pPr>
      <w:r w:rsidRPr="00E83648">
        <w:rPr>
          <w:rFonts w:ascii="Verdana" w:hAnsi="Verdana"/>
          <w:color w:val="auto"/>
          <w:szCs w:val="20"/>
        </w:rPr>
        <w:t>COORDINADOR DEL PROGRAMA</w:t>
      </w:r>
    </w:p>
    <w:p w14:paraId="58529B26" w14:textId="77777777" w:rsidR="00E83648" w:rsidRPr="00E83648" w:rsidRDefault="00E83648" w:rsidP="00E83648"/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076"/>
        <w:gridCol w:w="7138"/>
      </w:tblGrid>
      <w:tr w:rsidR="00464739" w:rsidRPr="00E83648" w14:paraId="1785F5A4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7582D8E8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Nombre completo del profesional</w:t>
            </w:r>
          </w:p>
        </w:tc>
        <w:tc>
          <w:tcPr>
            <w:tcW w:w="7632" w:type="dxa"/>
            <w:vAlign w:val="center"/>
          </w:tcPr>
          <w:p w14:paraId="37C83AD6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1A1D6205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092D5C83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Documento de identidad</w:t>
            </w:r>
          </w:p>
        </w:tc>
        <w:tc>
          <w:tcPr>
            <w:tcW w:w="7632" w:type="dxa"/>
            <w:vAlign w:val="center"/>
          </w:tcPr>
          <w:p w14:paraId="2C42CF74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59C34B6C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74461B3A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Formación / idoneidad requerida</w:t>
            </w:r>
          </w:p>
        </w:tc>
        <w:tc>
          <w:tcPr>
            <w:tcW w:w="7632" w:type="dxa"/>
            <w:vAlign w:val="center"/>
          </w:tcPr>
          <w:p w14:paraId="408F6FDD" w14:textId="7416D6BF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223FF40A" w14:textId="77777777" w:rsidTr="00E83648">
        <w:trPr>
          <w:trHeight w:val="372"/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34315BC8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Experiencia requerida</w:t>
            </w:r>
          </w:p>
        </w:tc>
        <w:tc>
          <w:tcPr>
            <w:tcW w:w="7632" w:type="dxa"/>
            <w:vAlign w:val="center"/>
          </w:tcPr>
          <w:p w14:paraId="649AD08F" w14:textId="2B394457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10E25EFE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0A81E14D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Experiencia acreditada (años)</w:t>
            </w:r>
          </w:p>
        </w:tc>
        <w:tc>
          <w:tcPr>
            <w:tcW w:w="7632" w:type="dxa"/>
            <w:vAlign w:val="center"/>
          </w:tcPr>
          <w:p w14:paraId="33AD0D42" w14:textId="4EFF8742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38E43534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5762EAB9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Tipo de vinculación</w:t>
            </w:r>
          </w:p>
        </w:tc>
        <w:tc>
          <w:tcPr>
            <w:tcW w:w="7632" w:type="dxa"/>
            <w:vAlign w:val="center"/>
          </w:tcPr>
          <w:p w14:paraId="08D39ABF" w14:textId="3BF4DE05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3548C18A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25D9DEFD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Documento de disponibilidad aportado</w:t>
            </w:r>
          </w:p>
        </w:tc>
        <w:tc>
          <w:tcPr>
            <w:tcW w:w="7632" w:type="dxa"/>
            <w:vAlign w:val="center"/>
          </w:tcPr>
          <w:p w14:paraId="324C543F" w14:textId="3BF64700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3359E01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sz w:val="20"/>
          <w:szCs w:val="20"/>
        </w:rPr>
        <w:t>Relación de soportes de formación y experiencia: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78"/>
        <w:gridCol w:w="3595"/>
        <w:gridCol w:w="2445"/>
        <w:gridCol w:w="1439"/>
        <w:gridCol w:w="2157"/>
      </w:tblGrid>
      <w:tr w:rsidR="00464739" w:rsidRPr="00E83648" w14:paraId="3CEDB1B3" w14:textId="77777777">
        <w:trPr>
          <w:tblHeader/>
          <w:jc w:val="center"/>
        </w:trPr>
        <w:tc>
          <w:tcPr>
            <w:tcW w:w="576" w:type="dxa"/>
            <w:shd w:val="clear" w:color="auto" w:fill="D9EAF7"/>
            <w:vAlign w:val="center"/>
          </w:tcPr>
          <w:p w14:paraId="7AFB6227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N.º</w:t>
            </w:r>
          </w:p>
        </w:tc>
        <w:tc>
          <w:tcPr>
            <w:tcW w:w="3600" w:type="dxa"/>
            <w:shd w:val="clear" w:color="auto" w:fill="D9EAF7"/>
            <w:vAlign w:val="center"/>
          </w:tcPr>
          <w:p w14:paraId="18F1718C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Documento / certificación</w:t>
            </w:r>
          </w:p>
        </w:tc>
        <w:tc>
          <w:tcPr>
            <w:tcW w:w="2448" w:type="dxa"/>
            <w:shd w:val="clear" w:color="auto" w:fill="D9EAF7"/>
            <w:vAlign w:val="center"/>
          </w:tcPr>
          <w:p w14:paraId="019DD99C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Entidad emisora</w:t>
            </w:r>
          </w:p>
        </w:tc>
        <w:tc>
          <w:tcPr>
            <w:tcW w:w="1440" w:type="dxa"/>
            <w:shd w:val="clear" w:color="auto" w:fill="D9EAF7"/>
            <w:vAlign w:val="center"/>
          </w:tcPr>
          <w:p w14:paraId="1FB1EFAB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Fecha</w:t>
            </w:r>
          </w:p>
        </w:tc>
        <w:tc>
          <w:tcPr>
            <w:tcW w:w="2160" w:type="dxa"/>
            <w:shd w:val="clear" w:color="auto" w:fill="D9EAF7"/>
            <w:vAlign w:val="center"/>
          </w:tcPr>
          <w:p w14:paraId="08443D3B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Folio / archivo</w:t>
            </w:r>
          </w:p>
        </w:tc>
      </w:tr>
      <w:tr w:rsidR="00464739" w:rsidRPr="00E83648" w14:paraId="39B03121" w14:textId="77777777">
        <w:trPr>
          <w:jc w:val="center"/>
        </w:trPr>
        <w:tc>
          <w:tcPr>
            <w:tcW w:w="576" w:type="dxa"/>
            <w:vAlign w:val="center"/>
          </w:tcPr>
          <w:p w14:paraId="05C6F723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3600" w:type="dxa"/>
            <w:vAlign w:val="center"/>
          </w:tcPr>
          <w:p w14:paraId="3D03A014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448" w:type="dxa"/>
            <w:vAlign w:val="center"/>
          </w:tcPr>
          <w:p w14:paraId="4F20F91B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1440" w:type="dxa"/>
            <w:vAlign w:val="center"/>
          </w:tcPr>
          <w:p w14:paraId="3F01527B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160" w:type="dxa"/>
            <w:vAlign w:val="center"/>
          </w:tcPr>
          <w:p w14:paraId="30C61213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72423B0B" w14:textId="77777777">
        <w:trPr>
          <w:jc w:val="center"/>
        </w:trPr>
        <w:tc>
          <w:tcPr>
            <w:tcW w:w="576" w:type="dxa"/>
            <w:vAlign w:val="center"/>
          </w:tcPr>
          <w:p w14:paraId="37598ABE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3600" w:type="dxa"/>
            <w:vAlign w:val="center"/>
          </w:tcPr>
          <w:p w14:paraId="012C6701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448" w:type="dxa"/>
            <w:vAlign w:val="center"/>
          </w:tcPr>
          <w:p w14:paraId="1F784BE2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1440" w:type="dxa"/>
            <w:vAlign w:val="center"/>
          </w:tcPr>
          <w:p w14:paraId="6503F19F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160" w:type="dxa"/>
            <w:vAlign w:val="center"/>
          </w:tcPr>
          <w:p w14:paraId="635941E8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1E4765B1" w14:textId="77777777">
        <w:trPr>
          <w:jc w:val="center"/>
        </w:trPr>
        <w:tc>
          <w:tcPr>
            <w:tcW w:w="576" w:type="dxa"/>
            <w:vAlign w:val="center"/>
          </w:tcPr>
          <w:p w14:paraId="71E0060F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3600" w:type="dxa"/>
            <w:vAlign w:val="center"/>
          </w:tcPr>
          <w:p w14:paraId="3A557166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448" w:type="dxa"/>
            <w:vAlign w:val="center"/>
          </w:tcPr>
          <w:p w14:paraId="7AEC2AF2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1440" w:type="dxa"/>
            <w:vAlign w:val="center"/>
          </w:tcPr>
          <w:p w14:paraId="51387E66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160" w:type="dxa"/>
            <w:vAlign w:val="center"/>
          </w:tcPr>
          <w:p w14:paraId="7F55EBE3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</w:tbl>
    <w:p w14:paraId="34150574" w14:textId="77777777" w:rsidR="00464739" w:rsidRPr="00E83648" w:rsidRDefault="00464739" w:rsidP="00E83648">
      <w:pPr>
        <w:spacing w:after="20"/>
        <w:jc w:val="both"/>
        <w:rPr>
          <w:rFonts w:ascii="Verdana" w:hAnsi="Verdana"/>
          <w:sz w:val="20"/>
          <w:szCs w:val="20"/>
        </w:rPr>
      </w:pPr>
    </w:p>
    <w:p w14:paraId="257EF7ED" w14:textId="72FAD580" w:rsidR="00464739" w:rsidRDefault="00E83648" w:rsidP="00E83648">
      <w:pPr>
        <w:pStyle w:val="Ttulo2"/>
        <w:jc w:val="center"/>
        <w:rPr>
          <w:rFonts w:ascii="Verdana" w:hAnsi="Verdana"/>
          <w:color w:val="auto"/>
          <w:szCs w:val="20"/>
        </w:rPr>
      </w:pPr>
      <w:r w:rsidRPr="00E83648">
        <w:rPr>
          <w:rFonts w:ascii="Verdana" w:hAnsi="Verdana"/>
          <w:color w:val="auto"/>
          <w:szCs w:val="20"/>
        </w:rPr>
        <w:lastRenderedPageBreak/>
        <w:t>EJECUTIVO DE CUENTA</w:t>
      </w:r>
    </w:p>
    <w:p w14:paraId="19723118" w14:textId="77777777" w:rsidR="00E83648" w:rsidRPr="00E83648" w:rsidRDefault="00E83648" w:rsidP="00E83648"/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076"/>
        <w:gridCol w:w="7138"/>
      </w:tblGrid>
      <w:tr w:rsidR="00464739" w:rsidRPr="00E83648" w14:paraId="2BE98B87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12FA0F33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Nombre completo del profesional</w:t>
            </w:r>
          </w:p>
        </w:tc>
        <w:tc>
          <w:tcPr>
            <w:tcW w:w="7632" w:type="dxa"/>
            <w:vAlign w:val="center"/>
          </w:tcPr>
          <w:p w14:paraId="1E25D1AD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3867515B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399A7DEE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Documento de identidad</w:t>
            </w:r>
          </w:p>
        </w:tc>
        <w:tc>
          <w:tcPr>
            <w:tcW w:w="7632" w:type="dxa"/>
            <w:vAlign w:val="center"/>
          </w:tcPr>
          <w:p w14:paraId="76DDDCAA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3EA241CB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6EA8E39A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Formación / idoneidad requerida</w:t>
            </w:r>
          </w:p>
        </w:tc>
        <w:tc>
          <w:tcPr>
            <w:tcW w:w="7632" w:type="dxa"/>
            <w:vAlign w:val="center"/>
          </w:tcPr>
          <w:p w14:paraId="60307917" w14:textId="4CD22C27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00E01347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71C2EBCC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Experiencia requerida</w:t>
            </w:r>
          </w:p>
        </w:tc>
        <w:tc>
          <w:tcPr>
            <w:tcW w:w="7632" w:type="dxa"/>
            <w:vAlign w:val="center"/>
          </w:tcPr>
          <w:p w14:paraId="5DDCF641" w14:textId="35F4A41E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31906312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2F504158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Experiencia acreditada (años)</w:t>
            </w:r>
          </w:p>
        </w:tc>
        <w:tc>
          <w:tcPr>
            <w:tcW w:w="7632" w:type="dxa"/>
            <w:vAlign w:val="center"/>
          </w:tcPr>
          <w:p w14:paraId="34E78970" w14:textId="0548E579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42E9152C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0B356F6A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Tipo de vinculación</w:t>
            </w:r>
          </w:p>
        </w:tc>
        <w:tc>
          <w:tcPr>
            <w:tcW w:w="7632" w:type="dxa"/>
            <w:vAlign w:val="center"/>
          </w:tcPr>
          <w:p w14:paraId="1BFFE461" w14:textId="58980CE0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18D9BB4F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02DE1676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Documento de disponibilidad aportado</w:t>
            </w:r>
          </w:p>
        </w:tc>
        <w:tc>
          <w:tcPr>
            <w:tcW w:w="7632" w:type="dxa"/>
            <w:vAlign w:val="center"/>
          </w:tcPr>
          <w:p w14:paraId="1D106404" w14:textId="5C32D6DF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3F3859C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sz w:val="20"/>
          <w:szCs w:val="20"/>
        </w:rPr>
        <w:t>Relación de soportes de formación y experiencia: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78"/>
        <w:gridCol w:w="3595"/>
        <w:gridCol w:w="2445"/>
        <w:gridCol w:w="1439"/>
        <w:gridCol w:w="2157"/>
      </w:tblGrid>
      <w:tr w:rsidR="00464739" w:rsidRPr="00E83648" w14:paraId="4D73BAEF" w14:textId="77777777">
        <w:trPr>
          <w:tblHeader/>
          <w:jc w:val="center"/>
        </w:trPr>
        <w:tc>
          <w:tcPr>
            <w:tcW w:w="576" w:type="dxa"/>
            <w:shd w:val="clear" w:color="auto" w:fill="D9EAF7"/>
            <w:vAlign w:val="center"/>
          </w:tcPr>
          <w:p w14:paraId="6059AF8D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N.º</w:t>
            </w:r>
          </w:p>
        </w:tc>
        <w:tc>
          <w:tcPr>
            <w:tcW w:w="3600" w:type="dxa"/>
            <w:shd w:val="clear" w:color="auto" w:fill="D9EAF7"/>
            <w:vAlign w:val="center"/>
          </w:tcPr>
          <w:p w14:paraId="6BB0940E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Documento / certificación</w:t>
            </w:r>
          </w:p>
        </w:tc>
        <w:tc>
          <w:tcPr>
            <w:tcW w:w="2448" w:type="dxa"/>
            <w:shd w:val="clear" w:color="auto" w:fill="D9EAF7"/>
            <w:vAlign w:val="center"/>
          </w:tcPr>
          <w:p w14:paraId="702CC323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Entidad emisora</w:t>
            </w:r>
          </w:p>
        </w:tc>
        <w:tc>
          <w:tcPr>
            <w:tcW w:w="1440" w:type="dxa"/>
            <w:shd w:val="clear" w:color="auto" w:fill="D9EAF7"/>
            <w:vAlign w:val="center"/>
          </w:tcPr>
          <w:p w14:paraId="0046FED8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Fecha</w:t>
            </w:r>
          </w:p>
        </w:tc>
        <w:tc>
          <w:tcPr>
            <w:tcW w:w="2160" w:type="dxa"/>
            <w:shd w:val="clear" w:color="auto" w:fill="D9EAF7"/>
            <w:vAlign w:val="center"/>
          </w:tcPr>
          <w:p w14:paraId="3EAB51F3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Folio / archivo</w:t>
            </w:r>
          </w:p>
        </w:tc>
      </w:tr>
      <w:tr w:rsidR="00464739" w:rsidRPr="00E83648" w14:paraId="70EE3671" w14:textId="77777777">
        <w:trPr>
          <w:jc w:val="center"/>
        </w:trPr>
        <w:tc>
          <w:tcPr>
            <w:tcW w:w="576" w:type="dxa"/>
            <w:vAlign w:val="center"/>
          </w:tcPr>
          <w:p w14:paraId="6BD73B03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3600" w:type="dxa"/>
            <w:vAlign w:val="center"/>
          </w:tcPr>
          <w:p w14:paraId="3AFFDA47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448" w:type="dxa"/>
            <w:vAlign w:val="center"/>
          </w:tcPr>
          <w:p w14:paraId="046596C2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1440" w:type="dxa"/>
            <w:vAlign w:val="center"/>
          </w:tcPr>
          <w:p w14:paraId="48555676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160" w:type="dxa"/>
            <w:vAlign w:val="center"/>
          </w:tcPr>
          <w:p w14:paraId="0CE2B95F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14690055" w14:textId="77777777">
        <w:trPr>
          <w:jc w:val="center"/>
        </w:trPr>
        <w:tc>
          <w:tcPr>
            <w:tcW w:w="576" w:type="dxa"/>
            <w:vAlign w:val="center"/>
          </w:tcPr>
          <w:p w14:paraId="7DAB9172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3600" w:type="dxa"/>
            <w:vAlign w:val="center"/>
          </w:tcPr>
          <w:p w14:paraId="39F7C11E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448" w:type="dxa"/>
            <w:vAlign w:val="center"/>
          </w:tcPr>
          <w:p w14:paraId="70B87BBB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1440" w:type="dxa"/>
            <w:vAlign w:val="center"/>
          </w:tcPr>
          <w:p w14:paraId="706F9AFC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160" w:type="dxa"/>
            <w:vAlign w:val="center"/>
          </w:tcPr>
          <w:p w14:paraId="04999EAD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75DB09FE" w14:textId="77777777">
        <w:trPr>
          <w:jc w:val="center"/>
        </w:trPr>
        <w:tc>
          <w:tcPr>
            <w:tcW w:w="576" w:type="dxa"/>
            <w:vAlign w:val="center"/>
          </w:tcPr>
          <w:p w14:paraId="1B3E7A2C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3600" w:type="dxa"/>
            <w:vAlign w:val="center"/>
          </w:tcPr>
          <w:p w14:paraId="46E1B3CA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448" w:type="dxa"/>
            <w:vAlign w:val="center"/>
          </w:tcPr>
          <w:p w14:paraId="5BBB2300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1440" w:type="dxa"/>
            <w:vAlign w:val="center"/>
          </w:tcPr>
          <w:p w14:paraId="353A8FF1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160" w:type="dxa"/>
            <w:vAlign w:val="center"/>
          </w:tcPr>
          <w:p w14:paraId="22B0DB55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</w:tbl>
    <w:p w14:paraId="6F1B455D" w14:textId="77777777" w:rsidR="00464739" w:rsidRPr="00E83648" w:rsidRDefault="00464739" w:rsidP="00E83648">
      <w:pPr>
        <w:spacing w:after="20"/>
        <w:jc w:val="both"/>
        <w:rPr>
          <w:rFonts w:ascii="Verdana" w:hAnsi="Verdana"/>
          <w:sz w:val="20"/>
          <w:szCs w:val="20"/>
        </w:rPr>
      </w:pPr>
    </w:p>
    <w:p w14:paraId="0440F6CD" w14:textId="0DEDDEB1" w:rsidR="00464739" w:rsidRDefault="00E83648" w:rsidP="00E83648">
      <w:pPr>
        <w:pStyle w:val="Ttulo2"/>
        <w:jc w:val="center"/>
        <w:rPr>
          <w:rFonts w:ascii="Verdana" w:hAnsi="Verdana"/>
          <w:color w:val="auto"/>
          <w:szCs w:val="20"/>
        </w:rPr>
      </w:pPr>
      <w:r w:rsidRPr="00E83648">
        <w:rPr>
          <w:rFonts w:ascii="Verdana" w:hAnsi="Verdana"/>
          <w:color w:val="auto"/>
          <w:szCs w:val="20"/>
        </w:rPr>
        <w:t>ABOGADO</w:t>
      </w:r>
    </w:p>
    <w:p w14:paraId="734C0534" w14:textId="77777777" w:rsidR="00E83648" w:rsidRPr="00E83648" w:rsidRDefault="00E83648" w:rsidP="00E83648"/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076"/>
        <w:gridCol w:w="7138"/>
      </w:tblGrid>
      <w:tr w:rsidR="00464739" w:rsidRPr="00E83648" w14:paraId="0E7AB6DC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4B48CD3F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Nombre completo del profesional</w:t>
            </w:r>
          </w:p>
        </w:tc>
        <w:tc>
          <w:tcPr>
            <w:tcW w:w="7632" w:type="dxa"/>
            <w:vAlign w:val="center"/>
          </w:tcPr>
          <w:p w14:paraId="42F6BB42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6BCADEDA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14C5CE45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Documento de identidad</w:t>
            </w:r>
          </w:p>
        </w:tc>
        <w:tc>
          <w:tcPr>
            <w:tcW w:w="7632" w:type="dxa"/>
            <w:vAlign w:val="center"/>
          </w:tcPr>
          <w:p w14:paraId="0386F753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03AC2D3A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60D437C5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Formación / idoneidad requerida</w:t>
            </w:r>
          </w:p>
        </w:tc>
        <w:tc>
          <w:tcPr>
            <w:tcW w:w="7632" w:type="dxa"/>
            <w:vAlign w:val="center"/>
          </w:tcPr>
          <w:p w14:paraId="486C7408" w14:textId="7984F008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7509ADF3" w14:textId="77777777" w:rsidTr="00E83648">
        <w:trPr>
          <w:trHeight w:val="498"/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7F4FC722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Experiencia requerida</w:t>
            </w:r>
          </w:p>
        </w:tc>
        <w:tc>
          <w:tcPr>
            <w:tcW w:w="7632" w:type="dxa"/>
            <w:vAlign w:val="center"/>
          </w:tcPr>
          <w:p w14:paraId="329764FB" w14:textId="7BF96AE6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644913C9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0F632909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Experiencia acreditada (años)</w:t>
            </w:r>
          </w:p>
        </w:tc>
        <w:tc>
          <w:tcPr>
            <w:tcW w:w="7632" w:type="dxa"/>
            <w:vAlign w:val="center"/>
          </w:tcPr>
          <w:p w14:paraId="6A29E528" w14:textId="2A86ED78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52A92EA4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6288E135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Tipo de vinculación</w:t>
            </w:r>
          </w:p>
        </w:tc>
        <w:tc>
          <w:tcPr>
            <w:tcW w:w="7632" w:type="dxa"/>
            <w:vAlign w:val="center"/>
          </w:tcPr>
          <w:p w14:paraId="38348A44" w14:textId="1550EE70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353177FE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3F6F1E8C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Documento de disponibilidad aportado</w:t>
            </w:r>
          </w:p>
        </w:tc>
        <w:tc>
          <w:tcPr>
            <w:tcW w:w="7632" w:type="dxa"/>
            <w:vAlign w:val="center"/>
          </w:tcPr>
          <w:p w14:paraId="24F3B9F3" w14:textId="5CD7E9FF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5D52783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sz w:val="20"/>
          <w:szCs w:val="20"/>
        </w:rPr>
        <w:t>Relación de soportes de formación y experiencia: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78"/>
        <w:gridCol w:w="3595"/>
        <w:gridCol w:w="2445"/>
        <w:gridCol w:w="1439"/>
        <w:gridCol w:w="2157"/>
      </w:tblGrid>
      <w:tr w:rsidR="00464739" w:rsidRPr="00E83648" w14:paraId="72743D04" w14:textId="77777777">
        <w:trPr>
          <w:tblHeader/>
          <w:jc w:val="center"/>
        </w:trPr>
        <w:tc>
          <w:tcPr>
            <w:tcW w:w="576" w:type="dxa"/>
            <w:shd w:val="clear" w:color="auto" w:fill="D9EAF7"/>
            <w:vAlign w:val="center"/>
          </w:tcPr>
          <w:p w14:paraId="1D599712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N.º</w:t>
            </w:r>
          </w:p>
        </w:tc>
        <w:tc>
          <w:tcPr>
            <w:tcW w:w="3600" w:type="dxa"/>
            <w:shd w:val="clear" w:color="auto" w:fill="D9EAF7"/>
            <w:vAlign w:val="center"/>
          </w:tcPr>
          <w:p w14:paraId="11055626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Documento / certificación</w:t>
            </w:r>
          </w:p>
        </w:tc>
        <w:tc>
          <w:tcPr>
            <w:tcW w:w="2448" w:type="dxa"/>
            <w:shd w:val="clear" w:color="auto" w:fill="D9EAF7"/>
            <w:vAlign w:val="center"/>
          </w:tcPr>
          <w:p w14:paraId="14C6A3A8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Entidad emisora</w:t>
            </w:r>
          </w:p>
        </w:tc>
        <w:tc>
          <w:tcPr>
            <w:tcW w:w="1440" w:type="dxa"/>
            <w:shd w:val="clear" w:color="auto" w:fill="D9EAF7"/>
            <w:vAlign w:val="center"/>
          </w:tcPr>
          <w:p w14:paraId="2381322F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Fecha</w:t>
            </w:r>
          </w:p>
        </w:tc>
        <w:tc>
          <w:tcPr>
            <w:tcW w:w="2160" w:type="dxa"/>
            <w:shd w:val="clear" w:color="auto" w:fill="D9EAF7"/>
            <w:vAlign w:val="center"/>
          </w:tcPr>
          <w:p w14:paraId="2E6EF9DC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Folio / archivo</w:t>
            </w:r>
          </w:p>
        </w:tc>
      </w:tr>
      <w:tr w:rsidR="00464739" w:rsidRPr="00E83648" w14:paraId="7CBE1D7C" w14:textId="77777777">
        <w:trPr>
          <w:jc w:val="center"/>
        </w:trPr>
        <w:tc>
          <w:tcPr>
            <w:tcW w:w="576" w:type="dxa"/>
            <w:vAlign w:val="center"/>
          </w:tcPr>
          <w:p w14:paraId="7055C952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3600" w:type="dxa"/>
            <w:vAlign w:val="center"/>
          </w:tcPr>
          <w:p w14:paraId="26194D32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448" w:type="dxa"/>
            <w:vAlign w:val="center"/>
          </w:tcPr>
          <w:p w14:paraId="33B33B20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1440" w:type="dxa"/>
            <w:vAlign w:val="center"/>
          </w:tcPr>
          <w:p w14:paraId="7DF00ACB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160" w:type="dxa"/>
            <w:vAlign w:val="center"/>
          </w:tcPr>
          <w:p w14:paraId="7CDB1B95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3CF719ED" w14:textId="77777777">
        <w:trPr>
          <w:jc w:val="center"/>
        </w:trPr>
        <w:tc>
          <w:tcPr>
            <w:tcW w:w="576" w:type="dxa"/>
            <w:vAlign w:val="center"/>
          </w:tcPr>
          <w:p w14:paraId="247E0FB7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3600" w:type="dxa"/>
            <w:vAlign w:val="center"/>
          </w:tcPr>
          <w:p w14:paraId="132DA817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448" w:type="dxa"/>
            <w:vAlign w:val="center"/>
          </w:tcPr>
          <w:p w14:paraId="59962E34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1440" w:type="dxa"/>
            <w:vAlign w:val="center"/>
          </w:tcPr>
          <w:p w14:paraId="71777567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160" w:type="dxa"/>
            <w:vAlign w:val="center"/>
          </w:tcPr>
          <w:p w14:paraId="0EDFDB92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0950FC92" w14:textId="77777777">
        <w:trPr>
          <w:jc w:val="center"/>
        </w:trPr>
        <w:tc>
          <w:tcPr>
            <w:tcW w:w="576" w:type="dxa"/>
            <w:vAlign w:val="center"/>
          </w:tcPr>
          <w:p w14:paraId="6EAA612D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3600" w:type="dxa"/>
            <w:vAlign w:val="center"/>
          </w:tcPr>
          <w:p w14:paraId="195EF183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448" w:type="dxa"/>
            <w:vAlign w:val="center"/>
          </w:tcPr>
          <w:p w14:paraId="6A63F34C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1440" w:type="dxa"/>
            <w:vAlign w:val="center"/>
          </w:tcPr>
          <w:p w14:paraId="17799A1B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160" w:type="dxa"/>
            <w:vAlign w:val="center"/>
          </w:tcPr>
          <w:p w14:paraId="2F19BC13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</w:tbl>
    <w:p w14:paraId="02F63473" w14:textId="77777777" w:rsidR="00464739" w:rsidRPr="00E83648" w:rsidRDefault="00464739" w:rsidP="00E83648">
      <w:pPr>
        <w:spacing w:after="20"/>
        <w:jc w:val="both"/>
        <w:rPr>
          <w:rFonts w:ascii="Verdana" w:hAnsi="Verdana"/>
          <w:sz w:val="20"/>
          <w:szCs w:val="20"/>
        </w:rPr>
      </w:pPr>
    </w:p>
    <w:p w14:paraId="3A46D73A" w14:textId="53AD9343" w:rsidR="00464739" w:rsidRDefault="00E83648" w:rsidP="00E83648">
      <w:pPr>
        <w:pStyle w:val="Ttulo2"/>
        <w:jc w:val="center"/>
        <w:rPr>
          <w:rFonts w:ascii="Verdana" w:hAnsi="Verdana"/>
          <w:color w:val="auto"/>
          <w:szCs w:val="20"/>
        </w:rPr>
      </w:pPr>
      <w:r w:rsidRPr="00E83648">
        <w:rPr>
          <w:rFonts w:ascii="Verdana" w:hAnsi="Verdana"/>
          <w:color w:val="auto"/>
          <w:szCs w:val="20"/>
        </w:rPr>
        <w:t>DIRECTORA DE RIESGOS LABORALES</w:t>
      </w:r>
    </w:p>
    <w:p w14:paraId="61FCE7FD" w14:textId="77777777" w:rsidR="00E83648" w:rsidRPr="00E83648" w:rsidRDefault="00E83648" w:rsidP="00E83648"/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076"/>
        <w:gridCol w:w="7138"/>
      </w:tblGrid>
      <w:tr w:rsidR="00464739" w:rsidRPr="00E83648" w14:paraId="2B6C36EA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4ABB8F6F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lastRenderedPageBreak/>
              <w:t>Nombre completo del profesional</w:t>
            </w:r>
          </w:p>
        </w:tc>
        <w:tc>
          <w:tcPr>
            <w:tcW w:w="7632" w:type="dxa"/>
            <w:vAlign w:val="center"/>
          </w:tcPr>
          <w:p w14:paraId="187A6B1F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63558836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718380C0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Documento de identidad</w:t>
            </w:r>
          </w:p>
        </w:tc>
        <w:tc>
          <w:tcPr>
            <w:tcW w:w="7632" w:type="dxa"/>
            <w:vAlign w:val="center"/>
          </w:tcPr>
          <w:p w14:paraId="5CEF4C78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24936869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635759AE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Formación / idoneidad requerida</w:t>
            </w:r>
          </w:p>
        </w:tc>
        <w:tc>
          <w:tcPr>
            <w:tcW w:w="7632" w:type="dxa"/>
            <w:vAlign w:val="center"/>
          </w:tcPr>
          <w:p w14:paraId="29184ECA" w14:textId="3E5CB99D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56A47B0A" w14:textId="77777777" w:rsidTr="00E83648">
        <w:trPr>
          <w:trHeight w:val="405"/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4619537E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Experiencia requerida</w:t>
            </w:r>
          </w:p>
        </w:tc>
        <w:tc>
          <w:tcPr>
            <w:tcW w:w="7632" w:type="dxa"/>
            <w:vAlign w:val="center"/>
          </w:tcPr>
          <w:p w14:paraId="54A4F053" w14:textId="06499AAC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2938707A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7F111522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Experiencia acreditada (años)</w:t>
            </w:r>
          </w:p>
        </w:tc>
        <w:tc>
          <w:tcPr>
            <w:tcW w:w="7632" w:type="dxa"/>
            <w:vAlign w:val="center"/>
          </w:tcPr>
          <w:p w14:paraId="4D64A5C6" w14:textId="50BF7BC5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4C66247D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753FC019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Tipo de vinculación</w:t>
            </w:r>
          </w:p>
        </w:tc>
        <w:tc>
          <w:tcPr>
            <w:tcW w:w="7632" w:type="dxa"/>
            <w:vAlign w:val="center"/>
          </w:tcPr>
          <w:p w14:paraId="29B97FBC" w14:textId="5CFC12C0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64739" w:rsidRPr="00E83648" w14:paraId="63ACF4B6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0592BD69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Documento de disponibilidad aportado</w:t>
            </w:r>
          </w:p>
        </w:tc>
        <w:tc>
          <w:tcPr>
            <w:tcW w:w="7632" w:type="dxa"/>
            <w:vAlign w:val="center"/>
          </w:tcPr>
          <w:p w14:paraId="69790B22" w14:textId="4D6835F4" w:rsidR="00464739" w:rsidRPr="00E83648" w:rsidRDefault="00464739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D34D064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sz w:val="20"/>
          <w:szCs w:val="20"/>
        </w:rPr>
        <w:t>Relación de soportes de formación y experiencia: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78"/>
        <w:gridCol w:w="3595"/>
        <w:gridCol w:w="2445"/>
        <w:gridCol w:w="1439"/>
        <w:gridCol w:w="2157"/>
      </w:tblGrid>
      <w:tr w:rsidR="00464739" w:rsidRPr="00E83648" w14:paraId="223B2504" w14:textId="77777777">
        <w:trPr>
          <w:tblHeader/>
          <w:jc w:val="center"/>
        </w:trPr>
        <w:tc>
          <w:tcPr>
            <w:tcW w:w="576" w:type="dxa"/>
            <w:shd w:val="clear" w:color="auto" w:fill="D9EAF7"/>
            <w:vAlign w:val="center"/>
          </w:tcPr>
          <w:p w14:paraId="6E2B8A35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N.º</w:t>
            </w:r>
          </w:p>
        </w:tc>
        <w:tc>
          <w:tcPr>
            <w:tcW w:w="3600" w:type="dxa"/>
            <w:shd w:val="clear" w:color="auto" w:fill="D9EAF7"/>
            <w:vAlign w:val="center"/>
          </w:tcPr>
          <w:p w14:paraId="1761F317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Documento / certificación</w:t>
            </w:r>
          </w:p>
        </w:tc>
        <w:tc>
          <w:tcPr>
            <w:tcW w:w="2448" w:type="dxa"/>
            <w:shd w:val="clear" w:color="auto" w:fill="D9EAF7"/>
            <w:vAlign w:val="center"/>
          </w:tcPr>
          <w:p w14:paraId="23B7791F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Entidad emisora</w:t>
            </w:r>
          </w:p>
        </w:tc>
        <w:tc>
          <w:tcPr>
            <w:tcW w:w="1440" w:type="dxa"/>
            <w:shd w:val="clear" w:color="auto" w:fill="D9EAF7"/>
            <w:vAlign w:val="center"/>
          </w:tcPr>
          <w:p w14:paraId="50AE63D7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Fecha</w:t>
            </w:r>
          </w:p>
        </w:tc>
        <w:tc>
          <w:tcPr>
            <w:tcW w:w="2160" w:type="dxa"/>
            <w:shd w:val="clear" w:color="auto" w:fill="D9EAF7"/>
            <w:vAlign w:val="center"/>
          </w:tcPr>
          <w:p w14:paraId="4D39172E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Folio / archivo</w:t>
            </w:r>
          </w:p>
        </w:tc>
      </w:tr>
      <w:tr w:rsidR="00464739" w:rsidRPr="00E83648" w14:paraId="3A02EEA6" w14:textId="77777777">
        <w:trPr>
          <w:jc w:val="center"/>
        </w:trPr>
        <w:tc>
          <w:tcPr>
            <w:tcW w:w="576" w:type="dxa"/>
            <w:vAlign w:val="center"/>
          </w:tcPr>
          <w:p w14:paraId="5207D41B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3600" w:type="dxa"/>
            <w:vAlign w:val="center"/>
          </w:tcPr>
          <w:p w14:paraId="1160FEDB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448" w:type="dxa"/>
            <w:vAlign w:val="center"/>
          </w:tcPr>
          <w:p w14:paraId="511DD260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1440" w:type="dxa"/>
            <w:vAlign w:val="center"/>
          </w:tcPr>
          <w:p w14:paraId="001C9D46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160" w:type="dxa"/>
            <w:vAlign w:val="center"/>
          </w:tcPr>
          <w:p w14:paraId="64CA2539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023144B4" w14:textId="77777777">
        <w:trPr>
          <w:jc w:val="center"/>
        </w:trPr>
        <w:tc>
          <w:tcPr>
            <w:tcW w:w="576" w:type="dxa"/>
            <w:vAlign w:val="center"/>
          </w:tcPr>
          <w:p w14:paraId="1D8A3099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3600" w:type="dxa"/>
            <w:vAlign w:val="center"/>
          </w:tcPr>
          <w:p w14:paraId="59770C56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448" w:type="dxa"/>
            <w:vAlign w:val="center"/>
          </w:tcPr>
          <w:p w14:paraId="47212645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1440" w:type="dxa"/>
            <w:vAlign w:val="center"/>
          </w:tcPr>
          <w:p w14:paraId="5DC5F58A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160" w:type="dxa"/>
            <w:vAlign w:val="center"/>
          </w:tcPr>
          <w:p w14:paraId="0E698C1F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3C73CE00" w14:textId="77777777">
        <w:trPr>
          <w:jc w:val="center"/>
        </w:trPr>
        <w:tc>
          <w:tcPr>
            <w:tcW w:w="576" w:type="dxa"/>
            <w:vAlign w:val="center"/>
          </w:tcPr>
          <w:p w14:paraId="37254CC9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3600" w:type="dxa"/>
            <w:vAlign w:val="center"/>
          </w:tcPr>
          <w:p w14:paraId="2CFF98FC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448" w:type="dxa"/>
            <w:vAlign w:val="center"/>
          </w:tcPr>
          <w:p w14:paraId="649CBD7B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1440" w:type="dxa"/>
            <w:vAlign w:val="center"/>
          </w:tcPr>
          <w:p w14:paraId="6C1E11E4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  <w:tc>
          <w:tcPr>
            <w:tcW w:w="2160" w:type="dxa"/>
            <w:vAlign w:val="center"/>
          </w:tcPr>
          <w:p w14:paraId="58A13B7B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</w:tbl>
    <w:p w14:paraId="41B2BA8E" w14:textId="77777777" w:rsidR="00464739" w:rsidRPr="00E83648" w:rsidRDefault="00464739" w:rsidP="00E83648">
      <w:pPr>
        <w:spacing w:after="20"/>
        <w:jc w:val="both"/>
        <w:rPr>
          <w:rFonts w:ascii="Verdana" w:hAnsi="Verdana"/>
          <w:sz w:val="20"/>
          <w:szCs w:val="20"/>
        </w:rPr>
      </w:pPr>
    </w:p>
    <w:p w14:paraId="00ABAA4A" w14:textId="77777777" w:rsidR="00464739" w:rsidRPr="00E83648" w:rsidRDefault="00AD21B6" w:rsidP="00E83648">
      <w:pPr>
        <w:pStyle w:val="Ttulo1"/>
        <w:jc w:val="both"/>
        <w:rPr>
          <w:rFonts w:ascii="Verdana" w:hAnsi="Verdana"/>
          <w:color w:val="auto"/>
          <w:sz w:val="20"/>
          <w:szCs w:val="20"/>
        </w:rPr>
      </w:pPr>
      <w:r w:rsidRPr="00E83648">
        <w:rPr>
          <w:rFonts w:ascii="Verdana" w:hAnsi="Verdana"/>
          <w:color w:val="auto"/>
          <w:sz w:val="20"/>
          <w:szCs w:val="20"/>
        </w:rPr>
        <w:t>3. Lista de chequeo de documentos soporte</w:t>
      </w:r>
    </w:p>
    <w:p w14:paraId="54B07E0C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sz w:val="20"/>
          <w:szCs w:val="20"/>
        </w:rPr>
        <w:t>Marque los documentos que se adjuntan para cada profesional, según corresponda:</w:t>
      </w:r>
    </w:p>
    <w:p w14:paraId="11E06FCD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Segoe UI Symbol" w:hAnsi="Segoe UI Symbol" w:cs="Segoe UI Symbol"/>
          <w:sz w:val="20"/>
          <w:szCs w:val="20"/>
        </w:rPr>
        <w:t>☐</w:t>
      </w:r>
      <w:r w:rsidRPr="00E83648">
        <w:rPr>
          <w:rFonts w:ascii="Verdana" w:hAnsi="Verdana"/>
          <w:sz w:val="20"/>
          <w:szCs w:val="20"/>
        </w:rPr>
        <w:t xml:space="preserve"> Hoja de vida o documento equivalente, con cargos y funciones desempeñadas.</w:t>
      </w:r>
    </w:p>
    <w:p w14:paraId="6A2DB774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Segoe UI Symbol" w:hAnsi="Segoe UI Symbol" w:cs="Segoe UI Symbol"/>
          <w:sz w:val="20"/>
          <w:szCs w:val="20"/>
        </w:rPr>
        <w:t>☐</w:t>
      </w:r>
      <w:r w:rsidRPr="00E83648">
        <w:rPr>
          <w:rFonts w:ascii="Verdana" w:hAnsi="Verdana"/>
          <w:sz w:val="20"/>
          <w:szCs w:val="20"/>
        </w:rPr>
        <w:t xml:space="preserve"> Fotocopia del diploma y/o acta de grado del título profesional.</w:t>
      </w:r>
    </w:p>
    <w:p w14:paraId="76E3CEE1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Segoe UI Symbol" w:hAnsi="Segoe UI Symbol" w:cs="Segoe UI Symbol"/>
          <w:sz w:val="20"/>
          <w:szCs w:val="20"/>
        </w:rPr>
        <w:t>☐</w:t>
      </w:r>
      <w:r w:rsidRPr="00E83648">
        <w:rPr>
          <w:rFonts w:ascii="Verdana" w:hAnsi="Verdana"/>
          <w:sz w:val="20"/>
          <w:szCs w:val="20"/>
        </w:rPr>
        <w:t xml:space="preserve"> Fotocopia de la tarjeta profesional, cuando corresponda.</w:t>
      </w:r>
    </w:p>
    <w:p w14:paraId="1C84839A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Segoe UI Symbol" w:hAnsi="Segoe UI Symbol" w:cs="Segoe UI Symbol"/>
          <w:sz w:val="20"/>
          <w:szCs w:val="20"/>
        </w:rPr>
        <w:t>☐</w:t>
      </w:r>
      <w:r w:rsidRPr="00E83648">
        <w:rPr>
          <w:rFonts w:ascii="Verdana" w:hAnsi="Verdana"/>
          <w:sz w:val="20"/>
          <w:szCs w:val="20"/>
        </w:rPr>
        <w:t xml:space="preserve"> Certificado de vigencia y antecedentes profesionales, cuando corresponda.</w:t>
      </w:r>
    </w:p>
    <w:p w14:paraId="22B97A26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Segoe UI Symbol" w:hAnsi="Segoe UI Symbol" w:cs="Segoe UI Symbol"/>
          <w:sz w:val="20"/>
          <w:szCs w:val="20"/>
        </w:rPr>
        <w:t>☐</w:t>
      </w:r>
      <w:r w:rsidRPr="00E83648">
        <w:rPr>
          <w:rFonts w:ascii="Verdana" w:hAnsi="Verdana"/>
          <w:sz w:val="20"/>
          <w:szCs w:val="20"/>
        </w:rPr>
        <w:t xml:space="preserve"> Fotocopia del diploma de posgrado, para los perfiles que lo exigen.</w:t>
      </w:r>
    </w:p>
    <w:p w14:paraId="408FB70E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Segoe UI Symbol" w:hAnsi="Segoe UI Symbol" w:cs="Segoe UI Symbol"/>
          <w:sz w:val="20"/>
          <w:szCs w:val="20"/>
        </w:rPr>
        <w:t>☐</w:t>
      </w:r>
      <w:r w:rsidRPr="00E83648">
        <w:rPr>
          <w:rFonts w:ascii="Verdana" w:hAnsi="Verdana"/>
          <w:sz w:val="20"/>
          <w:szCs w:val="20"/>
        </w:rPr>
        <w:t xml:space="preserve"> Certificaciones de experiencia que indiquen nombre, dirección y teléfono de quien las suscribe.</w:t>
      </w:r>
    </w:p>
    <w:p w14:paraId="646E7737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Segoe UI Symbol" w:hAnsi="Segoe UI Symbol" w:cs="Segoe UI Symbol"/>
          <w:sz w:val="20"/>
          <w:szCs w:val="20"/>
        </w:rPr>
        <w:t>☐</w:t>
      </w:r>
      <w:r w:rsidRPr="00E83648">
        <w:rPr>
          <w:rFonts w:ascii="Verdana" w:hAnsi="Verdana"/>
          <w:sz w:val="20"/>
          <w:szCs w:val="20"/>
        </w:rPr>
        <w:t xml:space="preserve"> Certificación de vinculación y disponibilidad, cuando corresponda.</w:t>
      </w:r>
    </w:p>
    <w:p w14:paraId="7CE05EBB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Segoe UI Symbol" w:hAnsi="Segoe UI Symbol" w:cs="Segoe UI Symbol"/>
          <w:sz w:val="20"/>
          <w:szCs w:val="20"/>
        </w:rPr>
        <w:t>☐</w:t>
      </w:r>
      <w:r w:rsidRPr="00E83648">
        <w:rPr>
          <w:rFonts w:ascii="Verdana" w:hAnsi="Verdana"/>
          <w:sz w:val="20"/>
          <w:szCs w:val="20"/>
        </w:rPr>
        <w:t xml:space="preserve"> Carta de intención suscrita por el profesional y el oferente, cuando corresponda.</w:t>
      </w:r>
    </w:p>
    <w:p w14:paraId="469F1F66" w14:textId="77777777" w:rsidR="00464739" w:rsidRPr="00E83648" w:rsidRDefault="00AD21B6" w:rsidP="00E83648">
      <w:pPr>
        <w:pStyle w:val="Ttulo1"/>
        <w:jc w:val="both"/>
        <w:rPr>
          <w:rFonts w:ascii="Verdana" w:hAnsi="Verdana"/>
          <w:color w:val="auto"/>
          <w:sz w:val="20"/>
          <w:szCs w:val="20"/>
        </w:rPr>
      </w:pPr>
      <w:r w:rsidRPr="00E83648">
        <w:rPr>
          <w:rFonts w:ascii="Verdana" w:hAnsi="Verdana"/>
          <w:color w:val="auto"/>
          <w:sz w:val="20"/>
          <w:szCs w:val="20"/>
        </w:rPr>
        <w:t>4. Declaración del proponente</w:t>
      </w:r>
    </w:p>
    <w:p w14:paraId="61846272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sz w:val="20"/>
          <w:szCs w:val="20"/>
        </w:rPr>
        <w:t>El proponente declara que la información consignada en este formato es cierta y que los documentos anexos acreditan la formación, experiencia y disponibilidad del personal relacionado para la ejecución del contrato, en caso de resultar adjudicatario.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077"/>
        <w:gridCol w:w="7137"/>
      </w:tblGrid>
      <w:tr w:rsidR="00464739" w:rsidRPr="00E83648" w14:paraId="4D66B7BF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2EC199D0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Nombre del representante legal</w:t>
            </w:r>
          </w:p>
        </w:tc>
        <w:tc>
          <w:tcPr>
            <w:tcW w:w="7632" w:type="dxa"/>
            <w:vAlign w:val="center"/>
          </w:tcPr>
          <w:p w14:paraId="543697B4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12C98482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78A3EEAE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Documento de identidad</w:t>
            </w:r>
          </w:p>
        </w:tc>
        <w:tc>
          <w:tcPr>
            <w:tcW w:w="7632" w:type="dxa"/>
            <w:vAlign w:val="center"/>
          </w:tcPr>
          <w:p w14:paraId="44087050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405C4FA0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57ED21BA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t>Firma</w:t>
            </w:r>
          </w:p>
        </w:tc>
        <w:tc>
          <w:tcPr>
            <w:tcW w:w="7632" w:type="dxa"/>
            <w:vAlign w:val="center"/>
          </w:tcPr>
          <w:p w14:paraId="3F33C6BE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  <w:tr w:rsidR="00464739" w:rsidRPr="00E83648" w14:paraId="0687DFDE" w14:textId="77777777">
        <w:trPr>
          <w:jc w:val="center"/>
        </w:trPr>
        <w:tc>
          <w:tcPr>
            <w:tcW w:w="3168" w:type="dxa"/>
            <w:shd w:val="clear" w:color="auto" w:fill="F2F2F2"/>
            <w:vAlign w:val="center"/>
          </w:tcPr>
          <w:p w14:paraId="3067767B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b/>
                <w:sz w:val="20"/>
                <w:szCs w:val="20"/>
              </w:rPr>
              <w:lastRenderedPageBreak/>
              <w:t>Fecha</w:t>
            </w:r>
          </w:p>
        </w:tc>
        <w:tc>
          <w:tcPr>
            <w:tcW w:w="7632" w:type="dxa"/>
            <w:vAlign w:val="center"/>
          </w:tcPr>
          <w:p w14:paraId="0C391FDC" w14:textId="77777777" w:rsidR="00464739" w:rsidRPr="00E83648" w:rsidRDefault="00AD21B6" w:rsidP="00E83648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E83648">
              <w:rPr>
                <w:rFonts w:ascii="Verdana" w:hAnsi="Verdana"/>
                <w:sz w:val="20"/>
                <w:szCs w:val="20"/>
              </w:rPr>
              <w:br/>
            </w:r>
          </w:p>
        </w:tc>
      </w:tr>
    </w:tbl>
    <w:p w14:paraId="25A3E9D1" w14:textId="77777777" w:rsidR="00464739" w:rsidRPr="00E83648" w:rsidRDefault="00AD21B6" w:rsidP="00E83648">
      <w:pPr>
        <w:pStyle w:val="Ttulo1"/>
        <w:jc w:val="both"/>
        <w:rPr>
          <w:rFonts w:ascii="Verdana" w:hAnsi="Verdana"/>
          <w:color w:val="auto"/>
          <w:sz w:val="20"/>
          <w:szCs w:val="20"/>
        </w:rPr>
      </w:pPr>
      <w:r w:rsidRPr="00E83648">
        <w:rPr>
          <w:rFonts w:ascii="Verdana" w:hAnsi="Verdana"/>
          <w:color w:val="auto"/>
          <w:sz w:val="20"/>
          <w:szCs w:val="20"/>
        </w:rPr>
        <w:t>Nota</w:t>
      </w:r>
    </w:p>
    <w:p w14:paraId="1C4DCA2C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sz w:val="20"/>
          <w:szCs w:val="20"/>
        </w:rPr>
        <w:t>Con el fin de acreditar las calidades y experiencia, el oferente adjuntará los siguientes documentos: fotocopia del diploma y/o acta de grado; fotocopia de la tarjeta profesional; certificado de vigencia y antecedentes profesionales; fotocopia del diploma de posgrado; y certificaciones de experiencia en las que consten el nombre, dirección y teléfono de quien suscribe la certificación.</w:t>
      </w:r>
    </w:p>
    <w:p w14:paraId="6F51CC41" w14:textId="77777777" w:rsidR="00464739" w:rsidRPr="00E83648" w:rsidRDefault="00AD21B6" w:rsidP="00E83648">
      <w:pPr>
        <w:jc w:val="both"/>
        <w:rPr>
          <w:rFonts w:ascii="Verdana" w:hAnsi="Verdana"/>
          <w:sz w:val="20"/>
          <w:szCs w:val="20"/>
        </w:rPr>
      </w:pPr>
      <w:r w:rsidRPr="00E83648">
        <w:rPr>
          <w:rFonts w:ascii="Verdana" w:hAnsi="Verdana"/>
          <w:b/>
          <w:sz w:val="20"/>
          <w:szCs w:val="20"/>
        </w:rPr>
        <w:t xml:space="preserve">Advertencia del requisito: </w:t>
      </w:r>
      <w:r w:rsidRPr="00E83648">
        <w:rPr>
          <w:rFonts w:ascii="Verdana" w:hAnsi="Verdana"/>
          <w:sz w:val="20"/>
          <w:szCs w:val="20"/>
        </w:rPr>
        <w:t>Al proponente cuyos perfiles ofrecidos no cumplan con los requisitos mínimos establecidos, se declarará INHÁBIL TÉCNICAMENTE.</w:t>
      </w:r>
    </w:p>
    <w:sectPr w:rsidR="00464739" w:rsidRPr="00E83648" w:rsidSect="00034616">
      <w:headerReference w:type="default" r:id="rId8"/>
      <w:footerReference w:type="default" r:id="rId9"/>
      <w:pgSz w:w="12240" w:h="15840"/>
      <w:pgMar w:top="936" w:right="1008" w:bottom="936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EE459" w14:textId="77777777" w:rsidR="00AD21B6" w:rsidRPr="00E83648" w:rsidRDefault="00AD21B6">
      <w:pPr>
        <w:spacing w:after="0" w:line="240" w:lineRule="auto"/>
      </w:pPr>
      <w:r w:rsidRPr="00E83648">
        <w:separator/>
      </w:r>
    </w:p>
  </w:endnote>
  <w:endnote w:type="continuationSeparator" w:id="0">
    <w:p w14:paraId="3EA2ED2D" w14:textId="77777777" w:rsidR="00AD21B6" w:rsidRPr="00E83648" w:rsidRDefault="00AD21B6">
      <w:pPr>
        <w:spacing w:after="0" w:line="240" w:lineRule="auto"/>
      </w:pPr>
      <w:r w:rsidRPr="00E8364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9E8BB" w14:textId="77777777" w:rsidR="00464739" w:rsidRPr="00E83648" w:rsidRDefault="00AD21B6">
    <w:pPr>
      <w:pStyle w:val="Piedepgina"/>
      <w:jc w:val="center"/>
    </w:pPr>
    <w:r w:rsidRPr="00E83648">
      <w:rPr>
        <w:color w:val="646464"/>
        <w:sz w:val="14"/>
      </w:rPr>
      <w:t>Anexo – Personal requerido | Formato para diligenciamiento del proponente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38AEB" w14:textId="77777777" w:rsidR="00AD21B6" w:rsidRPr="00E83648" w:rsidRDefault="00AD21B6">
      <w:pPr>
        <w:spacing w:after="0" w:line="240" w:lineRule="auto"/>
      </w:pPr>
      <w:r w:rsidRPr="00E83648">
        <w:separator/>
      </w:r>
    </w:p>
  </w:footnote>
  <w:footnote w:type="continuationSeparator" w:id="0">
    <w:p w14:paraId="245D3B5C" w14:textId="77777777" w:rsidR="00AD21B6" w:rsidRPr="00E83648" w:rsidRDefault="00AD21B6">
      <w:pPr>
        <w:spacing w:after="0" w:line="240" w:lineRule="auto"/>
      </w:pPr>
      <w:r w:rsidRPr="00E8364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93538" w14:textId="004001EC" w:rsidR="00E83648" w:rsidRDefault="00E83648">
    <w:pPr>
      <w:pStyle w:val="Encabezado"/>
    </w:pPr>
    <w:r>
      <w:rPr>
        <w:noProof/>
      </w:rPr>
      <w:drawing>
        <wp:inline distT="0" distB="0" distL="0" distR="0" wp14:anchorId="32966765" wp14:editId="4F094B0F">
          <wp:extent cx="1714500" cy="495300"/>
          <wp:effectExtent l="0" t="0" r="0" b="0"/>
          <wp:docPr id="1" name="Imagen 1" descr="Interfaz de usuario gráfic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faz de usuario gráfic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D4607AF"/>
    <w:multiLevelType w:val="hybridMultilevel"/>
    <w:tmpl w:val="AC84D2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612917">
    <w:abstractNumId w:val="8"/>
  </w:num>
  <w:num w:numId="2" w16cid:durableId="677344647">
    <w:abstractNumId w:val="6"/>
  </w:num>
  <w:num w:numId="3" w16cid:durableId="1013848393">
    <w:abstractNumId w:val="5"/>
  </w:num>
  <w:num w:numId="4" w16cid:durableId="570890158">
    <w:abstractNumId w:val="4"/>
  </w:num>
  <w:num w:numId="5" w16cid:durableId="1357776755">
    <w:abstractNumId w:val="7"/>
  </w:num>
  <w:num w:numId="6" w16cid:durableId="708919026">
    <w:abstractNumId w:val="3"/>
  </w:num>
  <w:num w:numId="7" w16cid:durableId="545994989">
    <w:abstractNumId w:val="2"/>
  </w:num>
  <w:num w:numId="8" w16cid:durableId="858933526">
    <w:abstractNumId w:val="1"/>
  </w:num>
  <w:num w:numId="9" w16cid:durableId="1635527839">
    <w:abstractNumId w:val="0"/>
  </w:num>
  <w:num w:numId="10" w16cid:durableId="6023483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41221"/>
    <w:rsid w:val="0029639D"/>
    <w:rsid w:val="00326F90"/>
    <w:rsid w:val="00464739"/>
    <w:rsid w:val="00AA1D8D"/>
    <w:rsid w:val="00AD21B6"/>
    <w:rsid w:val="00B20B1E"/>
    <w:rsid w:val="00B47730"/>
    <w:rsid w:val="00CB0664"/>
    <w:rsid w:val="00E8364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1FE453"/>
  <w14:defaultImageDpi w14:val="300"/>
  <w15:docId w15:val="{E6CF44E0-9C62-45C4-9270-23132B599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/>
      <w:sz w:val="18"/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F4E79"/>
      <w:sz w:val="22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0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957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6211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Ricardo lozano lozano</cp:lastModifiedBy>
  <cp:revision>3</cp:revision>
  <dcterms:created xsi:type="dcterms:W3CDTF">2026-10-21T19:43:00Z</dcterms:created>
  <dcterms:modified xsi:type="dcterms:W3CDTF">2026-10-21T19:44:00Z</dcterms:modified>
  <cp:category/>
</cp:coreProperties>
</file>